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7B5D" w14:textId="2CABEF92" w:rsidR="00F9028A" w:rsidRPr="00F9028A" w:rsidRDefault="00F9028A" w:rsidP="00F9028A">
      <w:pPr>
        <w:ind w:left="851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  <w:lang w:val="pt-BR"/>
        </w:rPr>
      </w:pPr>
      <w:r w:rsidRPr="00F9028A">
        <w:rPr>
          <w:rFonts w:ascii="Times New Roman" w:hAnsi="Times New Roman" w:cs="Times New Roman"/>
          <w:b/>
          <w:bCs/>
          <w:color w:val="EE0000"/>
          <w:sz w:val="24"/>
          <w:szCs w:val="24"/>
          <w:lang w:val="pt-BR"/>
        </w:rPr>
        <w:t>TEMPLATE – RESUMO</w:t>
      </w:r>
      <w:r w:rsidRPr="00F9028A">
        <w:rPr>
          <w:rFonts w:ascii="Times New Roman" w:hAnsi="Times New Roman" w:cs="Times New Roman"/>
          <w:b/>
          <w:bCs/>
          <w:color w:val="EE0000"/>
          <w:sz w:val="24"/>
          <w:szCs w:val="24"/>
          <w:lang w:val="pt-BR"/>
        </w:rPr>
        <w:t xml:space="preserve"> EXPANDIDO</w:t>
      </w:r>
      <w:r>
        <w:rPr>
          <w:rFonts w:ascii="Times New Roman" w:hAnsi="Times New Roman" w:cs="Times New Roman"/>
          <w:b/>
          <w:bCs/>
          <w:color w:val="EE0000"/>
          <w:sz w:val="24"/>
          <w:szCs w:val="24"/>
          <w:lang w:val="pt-BR"/>
        </w:rPr>
        <w:t xml:space="preserve"> (apagar)</w:t>
      </w:r>
    </w:p>
    <w:p w14:paraId="6BD65974" w14:textId="77363437" w:rsidR="00F9028A" w:rsidRPr="00F9028A" w:rsidRDefault="00F9028A" w:rsidP="00F9028A">
      <w:pPr>
        <w:ind w:left="851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F9028A">
        <w:rPr>
          <w:rFonts w:ascii="Times New Roman" w:hAnsi="Times New Roman" w:cs="Times New Roman"/>
          <w:b/>
          <w:bCs/>
          <w:sz w:val="24"/>
          <w:szCs w:val="24"/>
          <w:lang w:val="pt-BR"/>
        </w:rPr>
        <w:t>Título do trabalho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br/>
        <w:t>(centralizado, em negrito)</w:t>
      </w:r>
    </w:p>
    <w:p w14:paraId="365942A7" w14:textId="039E837A" w:rsidR="00F9028A" w:rsidRPr="00F9028A" w:rsidRDefault="00F9028A" w:rsidP="00F9028A">
      <w:pPr>
        <w:spacing w:after="0" w:line="240" w:lineRule="auto"/>
        <w:ind w:left="851" w:right="707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F9028A">
        <w:rPr>
          <w:rFonts w:ascii="Times New Roman" w:hAnsi="Times New Roman" w:cs="Times New Roman"/>
          <w:sz w:val="24"/>
          <w:szCs w:val="24"/>
          <w:lang w:val="pt-BR"/>
        </w:rPr>
        <w:t>Nome do Autor Principal</w:t>
      </w:r>
      <w:r w:rsidRPr="00F9028A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id="1"/>
      </w:r>
    </w:p>
    <w:p w14:paraId="744D8E71" w14:textId="11771198" w:rsidR="00F9028A" w:rsidRPr="00F9028A" w:rsidRDefault="00F9028A" w:rsidP="00F9028A">
      <w:pPr>
        <w:spacing w:after="0" w:line="240" w:lineRule="auto"/>
        <w:ind w:left="851" w:right="707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F9028A">
        <w:rPr>
          <w:rFonts w:ascii="Times New Roman" w:hAnsi="Times New Roman" w:cs="Times New Roman"/>
          <w:sz w:val="24"/>
          <w:szCs w:val="24"/>
          <w:lang w:val="pt-BR"/>
        </w:rPr>
        <w:t>Nome do Coautor</w:t>
      </w:r>
      <w:r w:rsidRPr="00F9028A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id="2"/>
      </w:r>
    </w:p>
    <w:p w14:paraId="3595C6E0" w14:textId="522AF216" w:rsidR="00F9028A" w:rsidRPr="00F9028A" w:rsidRDefault="00F9028A" w:rsidP="00F9028A">
      <w:pPr>
        <w:spacing w:after="0" w:line="240" w:lineRule="auto"/>
        <w:ind w:left="851" w:right="707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F9028A">
        <w:rPr>
          <w:rFonts w:ascii="Times New Roman" w:hAnsi="Times New Roman" w:cs="Times New Roman"/>
          <w:sz w:val="24"/>
          <w:szCs w:val="24"/>
          <w:lang w:val="pt-BR"/>
        </w:rPr>
        <w:t>Nome do Coautor</w:t>
      </w:r>
      <w:r w:rsidRPr="00F9028A">
        <w:rPr>
          <w:rStyle w:val="Refdenotaderodap"/>
          <w:rFonts w:ascii="Times New Roman" w:hAnsi="Times New Roman" w:cs="Times New Roman"/>
          <w:sz w:val="24"/>
          <w:szCs w:val="24"/>
          <w:lang w:val="pt-BR"/>
        </w:rPr>
        <w:footnoteReference w:id="3"/>
      </w:r>
    </w:p>
    <w:p w14:paraId="19329999" w14:textId="52856A0F" w:rsidR="00F9028A" w:rsidRPr="00F9028A" w:rsidRDefault="00F9028A" w:rsidP="00F9028A">
      <w:pPr>
        <w:ind w:left="851" w:right="707"/>
        <w:jc w:val="right"/>
        <w:rPr>
          <w:rFonts w:ascii="Times New Roman" w:hAnsi="Times New Roman" w:cs="Times New Roman"/>
          <w:color w:val="EE0000"/>
          <w:sz w:val="24"/>
          <w:szCs w:val="24"/>
          <w:lang w:val="pt-BR"/>
        </w:rPr>
      </w:pPr>
      <w:r w:rsidRPr="00F9028A">
        <w:rPr>
          <w:rFonts w:ascii="Times New Roman" w:hAnsi="Times New Roman" w:cs="Times New Roman"/>
          <w:i/>
          <w:iCs/>
          <w:color w:val="EE0000"/>
          <w:sz w:val="24"/>
          <w:szCs w:val="24"/>
          <w:lang w:val="pt-BR"/>
        </w:rPr>
        <w:t xml:space="preserve">(máximo de </w:t>
      </w:r>
      <w:r w:rsidRPr="00F9028A">
        <w:rPr>
          <w:rFonts w:ascii="Times New Roman" w:hAnsi="Times New Roman" w:cs="Times New Roman"/>
          <w:i/>
          <w:iCs/>
          <w:color w:val="EE0000"/>
          <w:sz w:val="24"/>
          <w:szCs w:val="24"/>
          <w:lang w:val="pt-BR"/>
        </w:rPr>
        <w:t>3</w:t>
      </w:r>
      <w:r w:rsidRPr="00F9028A">
        <w:rPr>
          <w:rFonts w:ascii="Times New Roman" w:hAnsi="Times New Roman" w:cs="Times New Roman"/>
          <w:i/>
          <w:iCs/>
          <w:color w:val="EE0000"/>
          <w:sz w:val="24"/>
          <w:szCs w:val="24"/>
          <w:lang w:val="pt-BR"/>
        </w:rPr>
        <w:t>)</w:t>
      </w:r>
    </w:p>
    <w:p w14:paraId="52E50BA2" w14:textId="77777777" w:rsidR="00DD7C1B" w:rsidRDefault="00DD7C1B" w:rsidP="00F9028A">
      <w:pPr>
        <w:ind w:left="851" w:right="70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F7E021E" w14:textId="343E3E33" w:rsidR="00F9028A" w:rsidRDefault="00F9028A" w:rsidP="00F9028A">
      <w:pPr>
        <w:ind w:left="851" w:right="70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9028A">
        <w:rPr>
          <w:rFonts w:ascii="Times New Roman" w:hAnsi="Times New Roman" w:cs="Times New Roman"/>
          <w:sz w:val="24"/>
          <w:szCs w:val="24"/>
          <w:lang w:val="pt-BR"/>
        </w:rPr>
        <w:t xml:space="preserve">Texto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autoral 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t xml:space="preserve">com </w:t>
      </w:r>
      <w:r w:rsidRPr="00F9028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extensão máxima de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3</w:t>
      </w:r>
      <w:r w:rsidRPr="00F9028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páginas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t>. O resumo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expandido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t xml:space="preserve"> deve apresentar, de forma objetiva, o </w:t>
      </w:r>
      <w:r w:rsidRPr="00F9028A">
        <w:rPr>
          <w:rFonts w:ascii="Times New Roman" w:hAnsi="Times New Roman" w:cs="Times New Roman"/>
          <w:b/>
          <w:bCs/>
          <w:sz w:val="24"/>
          <w:szCs w:val="24"/>
          <w:lang w:val="pt-BR"/>
        </w:rPr>
        <w:t>tema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t xml:space="preserve">, o </w:t>
      </w:r>
      <w:r w:rsidRPr="00F9028A">
        <w:rPr>
          <w:rFonts w:ascii="Times New Roman" w:hAnsi="Times New Roman" w:cs="Times New Roman"/>
          <w:b/>
          <w:bCs/>
          <w:sz w:val="24"/>
          <w:szCs w:val="24"/>
          <w:lang w:val="pt-BR"/>
        </w:rPr>
        <w:t>objetivo do trabalho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t xml:space="preserve">, a </w:t>
      </w:r>
      <w:r w:rsidRPr="00F9028A">
        <w:rPr>
          <w:rFonts w:ascii="Times New Roman" w:hAnsi="Times New Roman" w:cs="Times New Roman"/>
          <w:b/>
          <w:bCs/>
          <w:sz w:val="24"/>
          <w:szCs w:val="24"/>
          <w:lang w:val="pt-BR"/>
        </w:rPr>
        <w:t>metodologia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(caso se aplique)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t xml:space="preserve">, os </w:t>
      </w:r>
      <w:r w:rsidRPr="00F9028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principais resultados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e/</w:t>
      </w:r>
      <w:r w:rsidRPr="00F9028A">
        <w:rPr>
          <w:rFonts w:ascii="Times New Roman" w:hAnsi="Times New Roman" w:cs="Times New Roman"/>
          <w:b/>
          <w:bCs/>
          <w:sz w:val="24"/>
          <w:szCs w:val="24"/>
          <w:lang w:val="pt-BR"/>
        </w:rPr>
        <w:t>ou discussões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t xml:space="preserve"> e as </w:t>
      </w:r>
      <w:r w:rsidRPr="00F9028A">
        <w:rPr>
          <w:rFonts w:ascii="Times New Roman" w:hAnsi="Times New Roman" w:cs="Times New Roman"/>
          <w:b/>
          <w:bCs/>
          <w:sz w:val="24"/>
          <w:szCs w:val="24"/>
          <w:lang w:val="pt-BR"/>
        </w:rPr>
        <w:t>considerações finais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t>. O texto deve ser escrito em terceira pessoa e em linguagem acadêmica adequada à área da Educação e das Ciências Humanas e Sociais.</w:t>
      </w:r>
      <w:r w:rsidR="00DD7C1B">
        <w:rPr>
          <w:rFonts w:ascii="Times New Roman" w:hAnsi="Times New Roman" w:cs="Times New Roman"/>
          <w:sz w:val="24"/>
          <w:szCs w:val="24"/>
          <w:lang w:val="pt-BR"/>
        </w:rPr>
        <w:t xml:space="preserve"> Estrutura sugerida: Resumo (obrigatório e com no máximo 250 palavras); Introdução, Metodologia (opcional), Resultados e/ou Discussões (opcional) e Considerações finais (obrigatório).</w:t>
      </w:r>
    </w:p>
    <w:p w14:paraId="1484585A" w14:textId="77777777" w:rsidR="00DD7C1B" w:rsidRPr="00F9028A" w:rsidRDefault="00DD7C1B" w:rsidP="00F9028A">
      <w:pPr>
        <w:ind w:left="851" w:right="707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0240399" w14:textId="77777777" w:rsidR="00F9028A" w:rsidRPr="00F9028A" w:rsidRDefault="00F9028A" w:rsidP="00F9028A">
      <w:pPr>
        <w:ind w:left="851" w:right="707"/>
        <w:rPr>
          <w:rFonts w:ascii="Times New Roman" w:hAnsi="Times New Roman" w:cs="Times New Roman"/>
          <w:sz w:val="24"/>
          <w:szCs w:val="24"/>
          <w:lang w:val="pt-BR"/>
        </w:rPr>
      </w:pPr>
      <w:r w:rsidRPr="00F9028A">
        <w:rPr>
          <w:rFonts w:ascii="Times New Roman" w:hAnsi="Times New Roman" w:cs="Times New Roman"/>
          <w:b/>
          <w:bCs/>
          <w:sz w:val="24"/>
          <w:szCs w:val="24"/>
          <w:lang w:val="pt-BR"/>
        </w:rPr>
        <w:t>Palavras-chave: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t xml:space="preserve"> Palavra 1. Palavra 2. Palavra 3.</w:t>
      </w:r>
      <w:r w:rsidRPr="00F9028A">
        <w:rPr>
          <w:rFonts w:ascii="Times New Roman" w:hAnsi="Times New Roman" w:cs="Times New Roman"/>
          <w:sz w:val="24"/>
          <w:szCs w:val="24"/>
          <w:lang w:val="pt-BR"/>
        </w:rPr>
        <w:br/>
      </w:r>
      <w:r w:rsidRPr="00F9028A">
        <w:rPr>
          <w:rFonts w:ascii="Times New Roman" w:hAnsi="Times New Roman" w:cs="Times New Roman"/>
          <w:i/>
          <w:iCs/>
          <w:sz w:val="24"/>
          <w:szCs w:val="24"/>
          <w:lang w:val="pt-BR"/>
        </w:rPr>
        <w:t>(mínimo de 3 e máximo de 5, separadas por ponto)</w:t>
      </w:r>
    </w:p>
    <w:p w14:paraId="2BB664FF" w14:textId="77777777" w:rsidR="00875F37" w:rsidRPr="00F9028A" w:rsidRDefault="00875F37" w:rsidP="00F9028A">
      <w:pPr>
        <w:ind w:left="851"/>
        <w:rPr>
          <w:rFonts w:ascii="Times New Roman" w:hAnsi="Times New Roman" w:cs="Times New Roman"/>
          <w:lang w:val="pt-BR"/>
        </w:rPr>
      </w:pPr>
    </w:p>
    <w:sectPr w:rsidR="00875F37" w:rsidRPr="00F9028A" w:rsidSect="00034616">
      <w:headerReference w:type="default" r:id="rId8"/>
      <w:footerReference w:type="default" r:id="rId9"/>
      <w:pgSz w:w="11906" w:h="16838"/>
      <w:pgMar w:top="170" w:right="0" w:bottom="17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34E98" w14:textId="77777777" w:rsidR="00BE0329" w:rsidRDefault="00BE0329">
      <w:pPr>
        <w:spacing w:after="0" w:line="240" w:lineRule="auto"/>
      </w:pPr>
      <w:r>
        <w:separator/>
      </w:r>
    </w:p>
  </w:endnote>
  <w:endnote w:type="continuationSeparator" w:id="0">
    <w:p w14:paraId="5A9F38FD" w14:textId="77777777" w:rsidR="00BE0329" w:rsidRDefault="00BE0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69C2" w14:textId="77777777" w:rsidR="00875F37" w:rsidRDefault="00BE0329">
    <w:pPr>
      <w:pStyle w:val="Rodap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8B0EFA" wp14:editId="36308ECD">
          <wp:simplePos x="0" y="0"/>
          <wp:positionH relativeFrom="column">
            <wp:posOffset>0</wp:posOffset>
          </wp:positionH>
          <wp:positionV relativeFrom="paragraph">
            <wp:posOffset>-2279650</wp:posOffset>
          </wp:positionV>
          <wp:extent cx="7558405" cy="2324100"/>
          <wp:effectExtent l="0" t="0" r="444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de_clean_corporate_academic_banner_on_a_white_ba.png"/>
                  <pic:cNvPicPr/>
                </pic:nvPicPr>
                <pic:blipFill rotWithShape="1">
                  <a:blip r:embed="rId1"/>
                  <a:srcRect t="7376" b="10815"/>
                  <a:stretch/>
                </pic:blipFill>
                <pic:spPr bwMode="auto">
                  <a:xfrm>
                    <a:off x="0" y="0"/>
                    <a:ext cx="7560000" cy="2324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4882B" w14:textId="77777777" w:rsidR="00BE0329" w:rsidRDefault="00BE0329">
      <w:pPr>
        <w:spacing w:after="0" w:line="240" w:lineRule="auto"/>
      </w:pPr>
      <w:r>
        <w:separator/>
      </w:r>
    </w:p>
  </w:footnote>
  <w:footnote w:type="continuationSeparator" w:id="0">
    <w:p w14:paraId="3BC14566" w14:textId="77777777" w:rsidR="00BE0329" w:rsidRDefault="00BE0329">
      <w:pPr>
        <w:spacing w:after="0" w:line="240" w:lineRule="auto"/>
      </w:pPr>
      <w:r>
        <w:continuationSeparator/>
      </w:r>
    </w:p>
  </w:footnote>
  <w:footnote w:id="1">
    <w:p w14:paraId="7326999D" w14:textId="5E919111" w:rsidR="00F9028A" w:rsidRPr="00DD7C1B" w:rsidRDefault="00F9028A" w:rsidP="00F9028A">
      <w:pPr>
        <w:pStyle w:val="Textodenotaderodap"/>
        <w:ind w:left="567"/>
        <w:rPr>
          <w:rFonts w:ascii="Times New Roman" w:hAnsi="Times New Roman" w:cs="Times New Roman"/>
          <w:lang w:val="pt-BR"/>
        </w:rPr>
      </w:pPr>
      <w:r w:rsidRPr="00DD7C1B">
        <w:rPr>
          <w:rStyle w:val="Refdenotaderodap"/>
          <w:rFonts w:ascii="Times New Roman" w:hAnsi="Times New Roman" w:cs="Times New Roman"/>
          <w:lang w:val="pt-BR"/>
        </w:rPr>
        <w:footnoteRef/>
      </w:r>
      <w:r w:rsidRPr="00DD7C1B">
        <w:rPr>
          <w:rFonts w:ascii="Times New Roman" w:hAnsi="Times New Roman" w:cs="Times New Roman"/>
          <w:lang w:val="pt-BR"/>
        </w:rPr>
        <w:t xml:space="preserve"> </w:t>
      </w:r>
      <w:r w:rsidRPr="00F9028A">
        <w:rPr>
          <w:rFonts w:ascii="Times New Roman" w:hAnsi="Times New Roman" w:cs="Times New Roman"/>
          <w:lang w:val="pt-BR"/>
        </w:rPr>
        <w:t>Instituição de vínculo – e-mail</w:t>
      </w:r>
    </w:p>
  </w:footnote>
  <w:footnote w:id="2">
    <w:p w14:paraId="1FEAB496" w14:textId="5DE777C5" w:rsidR="00F9028A" w:rsidRPr="00DD7C1B" w:rsidRDefault="00F9028A" w:rsidP="00F9028A">
      <w:pPr>
        <w:pStyle w:val="Textodenotaderodap"/>
        <w:ind w:left="567"/>
        <w:rPr>
          <w:rFonts w:ascii="Times New Roman" w:hAnsi="Times New Roman" w:cs="Times New Roman"/>
          <w:lang w:val="pt-BR"/>
        </w:rPr>
      </w:pPr>
      <w:r w:rsidRPr="00DD7C1B">
        <w:rPr>
          <w:rStyle w:val="Refdenotaderodap"/>
          <w:rFonts w:ascii="Times New Roman" w:hAnsi="Times New Roman" w:cs="Times New Roman"/>
          <w:lang w:val="pt-BR"/>
        </w:rPr>
        <w:footnoteRef/>
      </w:r>
      <w:r w:rsidRPr="00DD7C1B">
        <w:rPr>
          <w:rFonts w:ascii="Times New Roman" w:hAnsi="Times New Roman" w:cs="Times New Roman"/>
          <w:lang w:val="pt-BR"/>
        </w:rPr>
        <w:t xml:space="preserve"> </w:t>
      </w:r>
      <w:r w:rsidRPr="00DD7C1B">
        <w:rPr>
          <w:rFonts w:ascii="Times New Roman" w:hAnsi="Times New Roman" w:cs="Times New Roman"/>
          <w:lang w:val="pt-BR"/>
        </w:rPr>
        <w:t>Instituição de vínculo – e-mail</w:t>
      </w:r>
    </w:p>
  </w:footnote>
  <w:footnote w:id="3">
    <w:p w14:paraId="549607BD" w14:textId="0B605F10" w:rsidR="00F9028A" w:rsidRPr="00F9028A" w:rsidRDefault="00F9028A" w:rsidP="00F9028A">
      <w:pPr>
        <w:pStyle w:val="Textodenotaderodap"/>
        <w:ind w:left="284" w:firstLine="283"/>
        <w:rPr>
          <w:rFonts w:ascii="Times New Roman" w:hAnsi="Times New Roman" w:cs="Times New Roman"/>
          <w:lang w:val="pt-BR"/>
        </w:rPr>
      </w:pPr>
      <w:r w:rsidRPr="00DD7C1B">
        <w:rPr>
          <w:rStyle w:val="Refdenotaderodap"/>
          <w:rFonts w:ascii="Times New Roman" w:hAnsi="Times New Roman" w:cs="Times New Roman"/>
          <w:lang w:val="pt-BR"/>
        </w:rPr>
        <w:footnoteRef/>
      </w:r>
      <w:r w:rsidRPr="00DD7C1B">
        <w:rPr>
          <w:rFonts w:ascii="Times New Roman" w:hAnsi="Times New Roman" w:cs="Times New Roman"/>
          <w:lang w:val="pt-BR"/>
        </w:rPr>
        <w:t xml:space="preserve"> </w:t>
      </w:r>
      <w:r w:rsidRPr="00F9028A">
        <w:rPr>
          <w:rFonts w:ascii="Times New Roman" w:hAnsi="Times New Roman" w:cs="Times New Roman"/>
          <w:lang w:val="pt-BR"/>
        </w:rPr>
        <w:t>Instituição de vínculo – e-mail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579E" w14:textId="77777777" w:rsidR="00875F37" w:rsidRDefault="00BE0329">
    <w:pPr>
      <w:pStyle w:val="Cabealho"/>
    </w:pPr>
    <w:r>
      <w:rPr>
        <w:noProof/>
      </w:rPr>
      <w:drawing>
        <wp:inline distT="0" distB="0" distL="0" distR="0" wp14:anchorId="6AD6C1BB" wp14:editId="0A96468E">
          <wp:extent cx="7558405" cy="2666790"/>
          <wp:effectExtent l="0" t="0" r="4445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tGPT Image 28 de abr. de 2026, 11_36_44.png"/>
                  <pic:cNvPicPr/>
                </pic:nvPicPr>
                <pic:blipFill rotWithShape="1">
                  <a:blip r:embed="rId1"/>
                  <a:srcRect t="15979" b="16236"/>
                  <a:stretch/>
                </pic:blipFill>
                <pic:spPr bwMode="auto">
                  <a:xfrm>
                    <a:off x="0" y="0"/>
                    <a:ext cx="7560000" cy="26673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941809">
    <w:abstractNumId w:val="8"/>
  </w:num>
  <w:num w:numId="2" w16cid:durableId="1606693918">
    <w:abstractNumId w:val="6"/>
  </w:num>
  <w:num w:numId="3" w16cid:durableId="2077624026">
    <w:abstractNumId w:val="5"/>
  </w:num>
  <w:num w:numId="4" w16cid:durableId="975065985">
    <w:abstractNumId w:val="4"/>
  </w:num>
  <w:num w:numId="5" w16cid:durableId="1681666266">
    <w:abstractNumId w:val="7"/>
  </w:num>
  <w:num w:numId="6" w16cid:durableId="457379572">
    <w:abstractNumId w:val="3"/>
  </w:num>
  <w:num w:numId="7" w16cid:durableId="1310011705">
    <w:abstractNumId w:val="2"/>
  </w:num>
  <w:num w:numId="8" w16cid:durableId="1286472284">
    <w:abstractNumId w:val="1"/>
  </w:num>
  <w:num w:numId="9" w16cid:durableId="70425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78F9"/>
    <w:rsid w:val="00326F90"/>
    <w:rsid w:val="00875F37"/>
    <w:rsid w:val="00AA1D8D"/>
    <w:rsid w:val="00B47730"/>
    <w:rsid w:val="00BE0329"/>
    <w:rsid w:val="00CB0664"/>
    <w:rsid w:val="00DD7C1B"/>
    <w:rsid w:val="00E76007"/>
    <w:rsid w:val="00F902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B4DBE0"/>
  <w14:defaultImageDpi w14:val="300"/>
  <w15:docId w15:val="{505AD36E-2DF1-4D17-997D-41322FFD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028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028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902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682</Characters>
  <Application>Microsoft Office Word</Application>
  <DocSecurity>0</DocSecurity>
  <Lines>13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Lucas Leite</cp:lastModifiedBy>
  <cp:revision>2</cp:revision>
  <dcterms:created xsi:type="dcterms:W3CDTF">2026-04-28T18:19:00Z</dcterms:created>
  <dcterms:modified xsi:type="dcterms:W3CDTF">2026-04-28T18:19:00Z</dcterms:modified>
  <cp:category/>
</cp:coreProperties>
</file>